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7B0316" w14:textId="77777777" w:rsidR="00170185" w:rsidRPr="00170185" w:rsidRDefault="00170185" w:rsidP="00170185">
      <w:pPr>
        <w:spacing w:before="100" w:beforeAutospacing="1" w:after="100" w:afterAutospacing="1" w:line="240" w:lineRule="auto"/>
        <w:jc w:val="right"/>
        <w:rPr>
          <w:rFonts w:eastAsia="Times New Roman" w:cs="Times New Roman"/>
          <w:i/>
          <w:iCs/>
          <w:szCs w:val="24"/>
          <w:lang w:val="et-EE" w:eastAsia="et-EE"/>
        </w:rPr>
      </w:pPr>
      <w:r w:rsidRPr="00170185">
        <w:rPr>
          <w:rFonts w:eastAsia="Times New Roman" w:cs="Times New Roman"/>
          <w:i/>
          <w:iCs/>
          <w:szCs w:val="24"/>
          <w:lang w:val="et-EE" w:eastAsia="et-EE"/>
        </w:rPr>
        <w:t>EELNÕU</w:t>
      </w:r>
    </w:p>
    <w:p w14:paraId="01325111" w14:textId="77777777" w:rsidR="00170185" w:rsidRPr="00170185" w:rsidRDefault="00170185" w:rsidP="00170185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szCs w:val="24"/>
          <w:lang w:val="et-EE" w:eastAsia="et-EE"/>
        </w:rPr>
      </w:pPr>
    </w:p>
    <w:p w14:paraId="025CA623" w14:textId="77777777" w:rsidR="00170185" w:rsidRPr="00170185" w:rsidRDefault="00170185" w:rsidP="00170185">
      <w:pPr>
        <w:spacing w:before="100" w:beforeAutospacing="1" w:after="0" w:line="240" w:lineRule="auto"/>
        <w:jc w:val="center"/>
        <w:rPr>
          <w:rFonts w:eastAsia="Times New Roman" w:cs="Times New Roman"/>
          <w:szCs w:val="24"/>
          <w:lang w:val="et-EE" w:eastAsia="et-EE"/>
        </w:rPr>
      </w:pPr>
      <w:r w:rsidRPr="00170185">
        <w:rPr>
          <w:rFonts w:eastAsia="Times New Roman" w:cs="Times New Roman"/>
          <w:b/>
          <w:bCs/>
          <w:szCs w:val="24"/>
          <w:lang w:val="et-EE" w:eastAsia="et-EE"/>
        </w:rPr>
        <w:t>JÕELÄHTME VALLAVOLIKOGU</w:t>
      </w:r>
    </w:p>
    <w:p w14:paraId="375E3F98" w14:textId="77777777" w:rsidR="00170185" w:rsidRPr="00170185" w:rsidRDefault="00170185" w:rsidP="00170185">
      <w:pPr>
        <w:spacing w:after="160" w:line="240" w:lineRule="auto"/>
        <w:jc w:val="center"/>
        <w:rPr>
          <w:rFonts w:eastAsia="Times New Roman" w:cs="Times New Roman"/>
          <w:szCs w:val="24"/>
          <w:lang w:val="et-EE" w:eastAsia="et-EE"/>
        </w:rPr>
      </w:pPr>
      <w:r w:rsidRPr="00170185">
        <w:rPr>
          <w:rFonts w:eastAsia="Times New Roman" w:cs="Times New Roman"/>
          <w:b/>
          <w:bCs/>
          <w:szCs w:val="24"/>
          <w:lang w:val="et-EE" w:eastAsia="et-EE"/>
        </w:rPr>
        <w:t>OTSUS</w:t>
      </w:r>
    </w:p>
    <w:p w14:paraId="35BA7602" w14:textId="7F993D91" w:rsidR="00170185" w:rsidRPr="00170185" w:rsidRDefault="00170185" w:rsidP="00170185">
      <w:pPr>
        <w:spacing w:before="100" w:beforeAutospacing="1" w:after="100" w:afterAutospacing="1" w:line="240" w:lineRule="auto"/>
        <w:rPr>
          <w:rFonts w:eastAsia="Times New Roman" w:cs="Times New Roman"/>
          <w:szCs w:val="24"/>
          <w:lang w:val="et-EE" w:eastAsia="et-EE"/>
        </w:rPr>
      </w:pPr>
      <w:r w:rsidRPr="00170185">
        <w:rPr>
          <w:rFonts w:eastAsia="Times New Roman" w:cs="Times New Roman"/>
          <w:szCs w:val="24"/>
          <w:lang w:val="et-EE" w:eastAsia="et-EE"/>
        </w:rPr>
        <w:t>Kostivere</w:t>
      </w:r>
      <w:r w:rsidRPr="00170185">
        <w:rPr>
          <w:rFonts w:eastAsia="Times New Roman" w:cs="Times New Roman"/>
          <w:szCs w:val="24"/>
          <w:lang w:val="et-EE" w:eastAsia="et-EE"/>
        </w:rPr>
        <w:tab/>
      </w:r>
      <w:r w:rsidRPr="00170185">
        <w:rPr>
          <w:rFonts w:eastAsia="Times New Roman" w:cs="Times New Roman"/>
          <w:szCs w:val="24"/>
          <w:lang w:val="et-EE" w:eastAsia="et-EE"/>
        </w:rPr>
        <w:tab/>
      </w:r>
      <w:r w:rsidRPr="00170185">
        <w:rPr>
          <w:rFonts w:eastAsia="Times New Roman" w:cs="Times New Roman"/>
          <w:szCs w:val="24"/>
          <w:lang w:val="et-EE" w:eastAsia="et-EE"/>
        </w:rPr>
        <w:tab/>
      </w:r>
      <w:r w:rsidRPr="00170185">
        <w:rPr>
          <w:rFonts w:eastAsia="Times New Roman" w:cs="Times New Roman"/>
          <w:szCs w:val="24"/>
          <w:lang w:val="et-EE" w:eastAsia="et-EE"/>
        </w:rPr>
        <w:tab/>
      </w:r>
      <w:r w:rsidRPr="00170185">
        <w:rPr>
          <w:rFonts w:eastAsia="Times New Roman" w:cs="Times New Roman"/>
          <w:szCs w:val="24"/>
          <w:lang w:val="et-EE" w:eastAsia="et-EE"/>
        </w:rPr>
        <w:tab/>
      </w:r>
      <w:r w:rsidRPr="00170185">
        <w:rPr>
          <w:rFonts w:eastAsia="Times New Roman" w:cs="Times New Roman"/>
          <w:szCs w:val="24"/>
          <w:lang w:val="et-EE" w:eastAsia="et-EE"/>
        </w:rPr>
        <w:tab/>
      </w:r>
      <w:r w:rsidRPr="00170185">
        <w:rPr>
          <w:rFonts w:eastAsia="Times New Roman" w:cs="Times New Roman"/>
          <w:szCs w:val="24"/>
          <w:lang w:val="et-EE" w:eastAsia="et-EE"/>
        </w:rPr>
        <w:tab/>
        <w:t>_____________2026 nr __</w:t>
      </w:r>
    </w:p>
    <w:p w14:paraId="4D4DF667" w14:textId="77777777" w:rsidR="00170185" w:rsidRPr="00170185" w:rsidRDefault="00170185" w:rsidP="00170185">
      <w:pPr>
        <w:spacing w:before="100" w:beforeAutospacing="1" w:after="0" w:line="240" w:lineRule="auto"/>
        <w:rPr>
          <w:rFonts w:eastAsia="Times New Roman" w:cs="Times New Roman"/>
          <w:szCs w:val="24"/>
          <w:lang w:val="et-EE" w:eastAsia="et-EE"/>
        </w:rPr>
      </w:pPr>
    </w:p>
    <w:p w14:paraId="74A80262" w14:textId="63721613" w:rsidR="00170185" w:rsidRPr="00170185" w:rsidRDefault="00170185" w:rsidP="00170185">
      <w:pPr>
        <w:spacing w:before="100" w:beforeAutospacing="1" w:after="0" w:line="240" w:lineRule="auto"/>
        <w:outlineLvl w:val="0"/>
        <w:rPr>
          <w:rFonts w:eastAsia="Times New Roman" w:cs="Times New Roman"/>
          <w:b/>
          <w:bCs/>
          <w:kern w:val="36"/>
          <w:szCs w:val="24"/>
          <w:lang w:val="et-EE" w:eastAsia="et-EE"/>
        </w:rPr>
      </w:pPr>
      <w:r w:rsidRPr="00170185">
        <w:rPr>
          <w:rFonts w:eastAsia="Times New Roman" w:cs="Times New Roman"/>
          <w:b/>
          <w:bCs/>
          <w:kern w:val="36"/>
          <w:szCs w:val="24"/>
          <w:lang w:val="et-EE" w:eastAsia="et-EE"/>
        </w:rPr>
        <w:t xml:space="preserve">Ajutise </w:t>
      </w:r>
      <w:r>
        <w:rPr>
          <w:rFonts w:eastAsia="Times New Roman" w:cs="Times New Roman"/>
          <w:b/>
          <w:bCs/>
          <w:kern w:val="36"/>
          <w:szCs w:val="24"/>
          <w:lang w:val="et-EE" w:eastAsia="et-EE"/>
        </w:rPr>
        <w:t>põhimääruse komisjoni liikmete kinnitamine</w:t>
      </w:r>
    </w:p>
    <w:p w14:paraId="0BDE80E8" w14:textId="248ABAF4" w:rsidR="00170185" w:rsidRDefault="00EC4304" w:rsidP="00170185">
      <w:pPr>
        <w:spacing w:before="100" w:beforeAutospacing="1" w:after="100" w:afterAutospacing="1" w:line="240" w:lineRule="auto"/>
        <w:rPr>
          <w:rFonts w:eastAsia="Times New Roman" w:cs="Times New Roman"/>
          <w:szCs w:val="24"/>
          <w:lang w:val="et-EE" w:eastAsia="et-EE"/>
        </w:rPr>
      </w:pPr>
      <w:r w:rsidRPr="00EC4304">
        <w:rPr>
          <w:rFonts w:eastAsia="Times New Roman" w:cs="Times New Roman"/>
          <w:szCs w:val="24"/>
          <w:lang w:val="et-EE" w:eastAsia="et-EE"/>
        </w:rPr>
        <w:t>Võttes aluseks kohaliku omavalitsuse korralduse seaduse § 8, § 22 lg 1 p 20 ja § 47 ning Jõelähtme valla põhimääruse § 6 lg 2, § 16 ja § 18</w:t>
      </w:r>
      <w:r w:rsidR="00820616">
        <w:rPr>
          <w:rFonts w:eastAsia="Times New Roman" w:cs="Times New Roman"/>
          <w:szCs w:val="24"/>
          <w:lang w:val="et-EE" w:eastAsia="et-EE"/>
        </w:rPr>
        <w:t>,</w:t>
      </w:r>
      <w:r w:rsidR="00170185" w:rsidRPr="00170185">
        <w:rPr>
          <w:rFonts w:eastAsia="Times New Roman" w:cs="Times New Roman"/>
          <w:szCs w:val="24"/>
          <w:lang w:val="et-EE" w:eastAsia="et-EE"/>
        </w:rPr>
        <w:t xml:space="preserve"> Jõelähtme Vallavolikogu </w:t>
      </w:r>
    </w:p>
    <w:p w14:paraId="1B6D345C" w14:textId="77777777" w:rsidR="00170185" w:rsidRDefault="00170185" w:rsidP="00170185">
      <w:pPr>
        <w:spacing w:before="100" w:beforeAutospacing="1" w:after="100" w:afterAutospacing="1" w:line="240" w:lineRule="auto"/>
        <w:rPr>
          <w:rFonts w:eastAsia="Times New Roman" w:cs="Times New Roman"/>
          <w:szCs w:val="24"/>
          <w:lang w:val="et-EE" w:eastAsia="et-EE"/>
        </w:rPr>
      </w:pPr>
    </w:p>
    <w:p w14:paraId="2EBD5F6A" w14:textId="7203EB77" w:rsidR="00170185" w:rsidRPr="00170185" w:rsidRDefault="00170185" w:rsidP="00170185">
      <w:pPr>
        <w:spacing w:before="100" w:beforeAutospacing="1" w:after="100" w:afterAutospacing="1" w:line="240" w:lineRule="auto"/>
        <w:rPr>
          <w:rFonts w:eastAsia="Times New Roman" w:cs="Times New Roman"/>
          <w:szCs w:val="24"/>
          <w:lang w:val="et-EE" w:eastAsia="et-EE"/>
        </w:rPr>
      </w:pPr>
      <w:r w:rsidRPr="00170185">
        <w:rPr>
          <w:rFonts w:eastAsia="Times New Roman" w:cs="Times New Roman"/>
          <w:b/>
          <w:bCs/>
          <w:szCs w:val="24"/>
          <w:lang w:val="et-EE" w:eastAsia="et-EE"/>
        </w:rPr>
        <w:t>o t s u s t a b:</w:t>
      </w:r>
    </w:p>
    <w:p w14:paraId="079BA121" w14:textId="1D3C5502" w:rsidR="00336577" w:rsidRPr="00B427CC" w:rsidRDefault="00820616" w:rsidP="00820616">
      <w:pPr>
        <w:pStyle w:val="Loendilik"/>
        <w:numPr>
          <w:ilvl w:val="0"/>
          <w:numId w:val="10"/>
        </w:numPr>
        <w:rPr>
          <w:bCs/>
          <w:lang w:val="et-EE"/>
        </w:rPr>
      </w:pPr>
      <w:r w:rsidRPr="00B427CC">
        <w:rPr>
          <w:bCs/>
          <w:lang w:val="et-EE"/>
        </w:rPr>
        <w:t>Kinnitada Jõelähtme Vallavolikogu aj</w:t>
      </w:r>
      <w:r w:rsidR="00B427CC" w:rsidRPr="00B427CC">
        <w:rPr>
          <w:bCs/>
          <w:lang w:val="et-EE"/>
        </w:rPr>
        <w:t>u</w:t>
      </w:r>
      <w:r w:rsidRPr="00B427CC">
        <w:rPr>
          <w:bCs/>
          <w:lang w:val="et-EE"/>
        </w:rPr>
        <w:t xml:space="preserve">tise põhimääruse komisjoni </w:t>
      </w:r>
      <w:r w:rsidR="00813364">
        <w:rPr>
          <w:bCs/>
          <w:lang w:val="et-EE"/>
        </w:rPr>
        <w:t>koosseis järgmiselt</w:t>
      </w:r>
      <w:r w:rsidRPr="00B427CC">
        <w:rPr>
          <w:bCs/>
          <w:lang w:val="et-EE"/>
        </w:rPr>
        <w:t>:</w:t>
      </w:r>
    </w:p>
    <w:p w14:paraId="0344378B" w14:textId="5C71ECB4" w:rsidR="00820616" w:rsidRPr="00813364" w:rsidRDefault="00DF5E3A" w:rsidP="00820616">
      <w:pPr>
        <w:pStyle w:val="Loendilik"/>
        <w:numPr>
          <w:ilvl w:val="1"/>
          <w:numId w:val="10"/>
        </w:numPr>
        <w:rPr>
          <w:bCs/>
          <w:lang w:val="et-EE"/>
        </w:rPr>
      </w:pPr>
      <w:r w:rsidRPr="00813364">
        <w:rPr>
          <w:bCs/>
          <w:lang w:val="et-EE"/>
        </w:rPr>
        <w:t>Komisjoni esimees</w:t>
      </w:r>
      <w:r w:rsidR="00813364" w:rsidRPr="00813364">
        <w:rPr>
          <w:bCs/>
          <w:lang w:val="et-EE"/>
        </w:rPr>
        <w:t xml:space="preserve"> - __________________</w:t>
      </w:r>
      <w:r w:rsidR="00820616" w:rsidRPr="00813364">
        <w:rPr>
          <w:bCs/>
          <w:lang w:val="et-EE"/>
        </w:rPr>
        <w:t>;</w:t>
      </w:r>
    </w:p>
    <w:p w14:paraId="1CB57190" w14:textId="27D69D5A" w:rsidR="00820616" w:rsidRPr="00B427CC" w:rsidRDefault="00DF5E3A" w:rsidP="00820616">
      <w:pPr>
        <w:pStyle w:val="Loendilik"/>
        <w:numPr>
          <w:ilvl w:val="1"/>
          <w:numId w:val="10"/>
        </w:numPr>
        <w:rPr>
          <w:bCs/>
          <w:lang w:val="et-EE"/>
        </w:rPr>
      </w:pPr>
      <w:r w:rsidRPr="00813364">
        <w:rPr>
          <w:bCs/>
          <w:lang w:val="et-EE"/>
        </w:rPr>
        <w:t>Komisjoni aseesimees</w:t>
      </w:r>
      <w:r w:rsidR="00813364" w:rsidRPr="00813364">
        <w:rPr>
          <w:bCs/>
          <w:lang w:val="et-EE"/>
        </w:rPr>
        <w:t xml:space="preserve"> -</w:t>
      </w:r>
      <w:r w:rsidR="00813364">
        <w:rPr>
          <w:bCs/>
          <w:i/>
          <w:iCs/>
          <w:lang w:val="et-EE"/>
        </w:rPr>
        <w:t xml:space="preserve"> _______________</w:t>
      </w:r>
      <w:r w:rsidR="00820616" w:rsidRPr="00B427CC">
        <w:rPr>
          <w:bCs/>
          <w:lang w:val="et-EE"/>
        </w:rPr>
        <w:t>;</w:t>
      </w:r>
    </w:p>
    <w:p w14:paraId="2C9B4BBD" w14:textId="77777777" w:rsidR="00820616" w:rsidRPr="00B427CC" w:rsidRDefault="00820616" w:rsidP="00820616">
      <w:pPr>
        <w:pStyle w:val="Loendilik"/>
        <w:numPr>
          <w:ilvl w:val="1"/>
          <w:numId w:val="10"/>
        </w:numPr>
        <w:rPr>
          <w:bCs/>
          <w:lang w:val="et-EE"/>
        </w:rPr>
      </w:pPr>
      <w:r w:rsidRPr="00B427CC">
        <w:rPr>
          <w:bCs/>
          <w:lang w:val="et-EE"/>
        </w:rPr>
        <w:t>________________;</w:t>
      </w:r>
    </w:p>
    <w:p w14:paraId="7634AB94" w14:textId="77777777" w:rsidR="00820616" w:rsidRPr="00B427CC" w:rsidRDefault="00820616" w:rsidP="00820616">
      <w:pPr>
        <w:pStyle w:val="Loendilik"/>
        <w:numPr>
          <w:ilvl w:val="1"/>
          <w:numId w:val="10"/>
        </w:numPr>
        <w:rPr>
          <w:bCs/>
          <w:lang w:val="et-EE"/>
        </w:rPr>
      </w:pPr>
      <w:r w:rsidRPr="00B427CC">
        <w:rPr>
          <w:bCs/>
          <w:lang w:val="et-EE"/>
        </w:rPr>
        <w:t>________________;</w:t>
      </w:r>
    </w:p>
    <w:p w14:paraId="175E9F7E" w14:textId="79668B15" w:rsidR="00820616" w:rsidRDefault="00820616" w:rsidP="00820616">
      <w:pPr>
        <w:pStyle w:val="Loendilik"/>
        <w:numPr>
          <w:ilvl w:val="1"/>
          <w:numId w:val="10"/>
        </w:numPr>
        <w:rPr>
          <w:bCs/>
          <w:lang w:val="et-EE"/>
        </w:rPr>
      </w:pPr>
      <w:r w:rsidRPr="00B427CC">
        <w:rPr>
          <w:bCs/>
          <w:lang w:val="et-EE"/>
        </w:rPr>
        <w:t>________________</w:t>
      </w:r>
      <w:r w:rsidR="00DF5E3A">
        <w:rPr>
          <w:bCs/>
          <w:lang w:val="et-EE"/>
        </w:rPr>
        <w:t>;</w:t>
      </w:r>
    </w:p>
    <w:p w14:paraId="56B2FEFB" w14:textId="77777777" w:rsidR="00DF5E3A" w:rsidRDefault="00DF5E3A" w:rsidP="00DF5E3A">
      <w:pPr>
        <w:pStyle w:val="Loendilik"/>
        <w:numPr>
          <w:ilvl w:val="1"/>
          <w:numId w:val="10"/>
        </w:numPr>
        <w:rPr>
          <w:bCs/>
          <w:lang w:val="et-EE"/>
        </w:rPr>
      </w:pPr>
      <w:r w:rsidRPr="00B427CC">
        <w:rPr>
          <w:bCs/>
          <w:lang w:val="et-EE"/>
        </w:rPr>
        <w:t>________________</w:t>
      </w:r>
      <w:r>
        <w:rPr>
          <w:bCs/>
          <w:lang w:val="et-EE"/>
        </w:rPr>
        <w:t>;</w:t>
      </w:r>
    </w:p>
    <w:p w14:paraId="0E8829B3" w14:textId="36D20546" w:rsidR="00DF5E3A" w:rsidRPr="00B427CC" w:rsidRDefault="00DF5E3A" w:rsidP="00820616">
      <w:pPr>
        <w:pStyle w:val="Loendilik"/>
        <w:numPr>
          <w:ilvl w:val="1"/>
          <w:numId w:val="10"/>
        </w:numPr>
        <w:rPr>
          <w:bCs/>
          <w:lang w:val="et-EE"/>
        </w:rPr>
      </w:pPr>
      <w:r>
        <w:rPr>
          <w:bCs/>
          <w:lang w:val="et-EE"/>
        </w:rPr>
        <w:t>________________.</w:t>
      </w:r>
    </w:p>
    <w:p w14:paraId="68360992" w14:textId="72698460" w:rsidR="00820616" w:rsidRPr="00B427CC" w:rsidRDefault="00B427CC" w:rsidP="00820616">
      <w:pPr>
        <w:pStyle w:val="Loendilik"/>
        <w:numPr>
          <w:ilvl w:val="0"/>
          <w:numId w:val="10"/>
        </w:numPr>
        <w:rPr>
          <w:bCs/>
          <w:lang w:val="et-EE"/>
        </w:rPr>
      </w:pPr>
      <w:r w:rsidRPr="00B427CC">
        <w:rPr>
          <w:bCs/>
          <w:lang w:val="et-EE"/>
        </w:rPr>
        <w:t>Otsus jõustub teatavakstegemisest.</w:t>
      </w:r>
    </w:p>
    <w:p w14:paraId="0EDD0C58" w14:textId="77777777" w:rsidR="00336577" w:rsidRDefault="00336577">
      <w:pPr>
        <w:rPr>
          <w:b/>
          <w:lang w:val="et-EE"/>
        </w:rPr>
      </w:pPr>
    </w:p>
    <w:p w14:paraId="1C08266E" w14:textId="77777777" w:rsidR="00B427CC" w:rsidRPr="00170185" w:rsidRDefault="00B427CC">
      <w:pPr>
        <w:rPr>
          <w:b/>
          <w:lang w:val="et-EE"/>
        </w:rPr>
      </w:pPr>
    </w:p>
    <w:p w14:paraId="537B47D4" w14:textId="56E38AC1" w:rsidR="00867BAC" w:rsidRDefault="00B427CC" w:rsidP="004122DE">
      <w:pPr>
        <w:spacing w:after="0"/>
      </w:pPr>
      <w:r>
        <w:t>V</w:t>
      </w:r>
      <w:r w:rsidR="007E4C28">
        <w:t>allavolikogu esimees</w:t>
      </w:r>
    </w:p>
    <w:p w14:paraId="7046DCEA" w14:textId="17A069C3" w:rsidR="004122DE" w:rsidRPr="00B427CC" w:rsidRDefault="004122DE" w:rsidP="004122DE">
      <w:pPr>
        <w:spacing w:after="0"/>
        <w:rPr>
          <w:lang w:val="et-EE"/>
        </w:rPr>
      </w:pPr>
      <w:r>
        <w:t>Jaak Aab</w:t>
      </w:r>
    </w:p>
    <w:sectPr w:rsidR="004122DE" w:rsidRPr="00B427C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oendi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oendi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oenditpp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oenditpp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oendi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oenditpp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4A3645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53368230">
    <w:abstractNumId w:val="8"/>
  </w:num>
  <w:num w:numId="2" w16cid:durableId="1273708709">
    <w:abstractNumId w:val="6"/>
  </w:num>
  <w:num w:numId="3" w16cid:durableId="1792355743">
    <w:abstractNumId w:val="5"/>
  </w:num>
  <w:num w:numId="4" w16cid:durableId="1082338602">
    <w:abstractNumId w:val="4"/>
  </w:num>
  <w:num w:numId="5" w16cid:durableId="55321832">
    <w:abstractNumId w:val="7"/>
  </w:num>
  <w:num w:numId="6" w16cid:durableId="127213428">
    <w:abstractNumId w:val="3"/>
  </w:num>
  <w:num w:numId="7" w16cid:durableId="1805542893">
    <w:abstractNumId w:val="2"/>
  </w:num>
  <w:num w:numId="8" w16cid:durableId="1677999931">
    <w:abstractNumId w:val="1"/>
  </w:num>
  <w:num w:numId="9" w16cid:durableId="1471678641">
    <w:abstractNumId w:val="0"/>
  </w:num>
  <w:num w:numId="10" w16cid:durableId="1504115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70185"/>
    <w:rsid w:val="00226CD1"/>
    <w:rsid w:val="0029639D"/>
    <w:rsid w:val="00326F90"/>
    <w:rsid w:val="00336577"/>
    <w:rsid w:val="003A5AC3"/>
    <w:rsid w:val="004122DE"/>
    <w:rsid w:val="00647E67"/>
    <w:rsid w:val="00813364"/>
    <w:rsid w:val="00820616"/>
    <w:rsid w:val="0084242C"/>
    <w:rsid w:val="00867BAC"/>
    <w:rsid w:val="00AA1D8D"/>
    <w:rsid w:val="00B10590"/>
    <w:rsid w:val="00B427CC"/>
    <w:rsid w:val="00B47730"/>
    <w:rsid w:val="00C4105C"/>
    <w:rsid w:val="00CB0664"/>
    <w:rsid w:val="00DF5E3A"/>
    <w:rsid w:val="00E82C2C"/>
    <w:rsid w:val="00EC430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62061"/>
  <w14:defaultImageDpi w14:val="300"/>
  <w15:docId w15:val="{DB876F53-A841-451F-AA3B-A2878B84F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FC693F"/>
    <w:rPr>
      <w:rFonts w:ascii="Times New Roman" w:hAnsi="Times New Roman"/>
      <w:sz w:val="24"/>
    </w:rPr>
  </w:style>
  <w:style w:type="paragraph" w:styleId="Pealkiri1">
    <w:name w:val="heading 1"/>
    <w:basedOn w:val="Normaallaad"/>
    <w:next w:val="Normaallaad"/>
    <w:link w:val="Pealkiri1Mr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ealkiri2">
    <w:name w:val="heading 2"/>
    <w:basedOn w:val="Normaallaad"/>
    <w:next w:val="Normaallaad"/>
    <w:link w:val="Pealkiri2Mr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Pealkiri3">
    <w:name w:val="heading 3"/>
    <w:basedOn w:val="Normaallaad"/>
    <w:next w:val="Normaallaad"/>
    <w:link w:val="Pealkiri3Mr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Pis">
    <w:name w:val="header"/>
    <w:basedOn w:val="Normaallaad"/>
    <w:link w:val="PisMr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sMrk">
    <w:name w:val="Päis Märk"/>
    <w:basedOn w:val="Liguvaikefont"/>
    <w:link w:val="Pis"/>
    <w:uiPriority w:val="99"/>
    <w:rsid w:val="00E618BF"/>
  </w:style>
  <w:style w:type="paragraph" w:styleId="Jalus">
    <w:name w:val="footer"/>
    <w:basedOn w:val="Normaallaad"/>
    <w:link w:val="JalusMr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E618BF"/>
  </w:style>
  <w:style w:type="paragraph" w:styleId="Vahedeta">
    <w:name w:val="No Spacing"/>
    <w:uiPriority w:val="1"/>
    <w:qFormat/>
    <w:rsid w:val="00FC693F"/>
    <w:pPr>
      <w:spacing w:after="0" w:line="240" w:lineRule="auto"/>
    </w:pPr>
  </w:style>
  <w:style w:type="character" w:customStyle="1" w:styleId="Pealkiri1Mrk">
    <w:name w:val="Pealkiri 1 Märk"/>
    <w:basedOn w:val="Liguvaikefont"/>
    <w:link w:val="Pealkiri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Pealkiri2Mrk">
    <w:name w:val="Pealkiri 2 Märk"/>
    <w:basedOn w:val="Liguvaikefont"/>
    <w:link w:val="Pealkiri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Pealkiri3Mrk">
    <w:name w:val="Pealkiri 3 Märk"/>
    <w:basedOn w:val="Liguvaikefont"/>
    <w:link w:val="Pealkiri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PealkiriMrk">
    <w:name w:val="Pealkiri Märk"/>
    <w:basedOn w:val="Liguvaikefont"/>
    <w:link w:val="Pealkiri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lapealkiriMrk">
    <w:name w:val="Alapealkiri Märk"/>
    <w:basedOn w:val="Liguvaikefont"/>
    <w:link w:val="Alapealkiri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oendilik">
    <w:name w:val="List Paragraph"/>
    <w:basedOn w:val="Normaallaad"/>
    <w:uiPriority w:val="34"/>
    <w:qFormat/>
    <w:rsid w:val="00FC693F"/>
    <w:pPr>
      <w:ind w:left="720"/>
      <w:contextualSpacing/>
    </w:pPr>
  </w:style>
  <w:style w:type="paragraph" w:styleId="Kehatekst">
    <w:name w:val="Body Text"/>
    <w:basedOn w:val="Normaallaad"/>
    <w:link w:val="KehatekstMrk"/>
    <w:uiPriority w:val="99"/>
    <w:unhideWhenUsed/>
    <w:rsid w:val="00AA1D8D"/>
    <w:pPr>
      <w:spacing w:after="120"/>
    </w:pPr>
  </w:style>
  <w:style w:type="character" w:customStyle="1" w:styleId="KehatekstMrk">
    <w:name w:val="Kehatekst Märk"/>
    <w:basedOn w:val="Liguvaikefont"/>
    <w:link w:val="Kehatekst"/>
    <w:uiPriority w:val="99"/>
    <w:rsid w:val="00AA1D8D"/>
  </w:style>
  <w:style w:type="paragraph" w:styleId="Kehatekst2">
    <w:name w:val="Body Text 2"/>
    <w:basedOn w:val="Normaallaad"/>
    <w:link w:val="Kehatekst2Mrk"/>
    <w:uiPriority w:val="99"/>
    <w:unhideWhenUsed/>
    <w:rsid w:val="00AA1D8D"/>
    <w:pPr>
      <w:spacing w:after="120" w:line="480" w:lineRule="auto"/>
    </w:pPr>
  </w:style>
  <w:style w:type="character" w:customStyle="1" w:styleId="Kehatekst2Mrk">
    <w:name w:val="Kehatekst 2 Märk"/>
    <w:basedOn w:val="Liguvaikefont"/>
    <w:link w:val="Kehatekst2"/>
    <w:uiPriority w:val="99"/>
    <w:rsid w:val="00AA1D8D"/>
  </w:style>
  <w:style w:type="paragraph" w:styleId="Kehatekst3">
    <w:name w:val="Body Text 3"/>
    <w:basedOn w:val="Normaallaad"/>
    <w:link w:val="Kehatekst3Mr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Kehatekst3Mrk">
    <w:name w:val="Kehatekst 3 Märk"/>
    <w:basedOn w:val="Liguvaikefont"/>
    <w:link w:val="Kehatekst3"/>
    <w:uiPriority w:val="99"/>
    <w:rsid w:val="00AA1D8D"/>
    <w:rPr>
      <w:sz w:val="16"/>
      <w:szCs w:val="16"/>
    </w:rPr>
  </w:style>
  <w:style w:type="paragraph" w:styleId="Loend">
    <w:name w:val="List"/>
    <w:basedOn w:val="Normaallaad"/>
    <w:uiPriority w:val="99"/>
    <w:unhideWhenUsed/>
    <w:rsid w:val="00AA1D8D"/>
    <w:pPr>
      <w:ind w:left="360" w:hanging="360"/>
      <w:contextualSpacing/>
    </w:pPr>
  </w:style>
  <w:style w:type="paragraph" w:styleId="Loend2">
    <w:name w:val="List 2"/>
    <w:basedOn w:val="Normaallaad"/>
    <w:uiPriority w:val="99"/>
    <w:unhideWhenUsed/>
    <w:rsid w:val="00326F90"/>
    <w:pPr>
      <w:ind w:left="720" w:hanging="360"/>
      <w:contextualSpacing/>
    </w:pPr>
  </w:style>
  <w:style w:type="paragraph" w:styleId="Loend3">
    <w:name w:val="List 3"/>
    <w:basedOn w:val="Normaallaad"/>
    <w:uiPriority w:val="99"/>
    <w:unhideWhenUsed/>
    <w:rsid w:val="00326F90"/>
    <w:pPr>
      <w:ind w:left="1080" w:hanging="360"/>
      <w:contextualSpacing/>
    </w:pPr>
  </w:style>
  <w:style w:type="paragraph" w:styleId="Loenditpp">
    <w:name w:val="List Bullet"/>
    <w:basedOn w:val="Normaallaad"/>
    <w:uiPriority w:val="99"/>
    <w:unhideWhenUsed/>
    <w:rsid w:val="00326F90"/>
    <w:pPr>
      <w:numPr>
        <w:numId w:val="1"/>
      </w:numPr>
      <w:contextualSpacing/>
    </w:pPr>
  </w:style>
  <w:style w:type="paragraph" w:styleId="Loenditpp2">
    <w:name w:val="List Bullet 2"/>
    <w:basedOn w:val="Normaallaad"/>
    <w:uiPriority w:val="99"/>
    <w:unhideWhenUsed/>
    <w:rsid w:val="00326F90"/>
    <w:pPr>
      <w:numPr>
        <w:numId w:val="2"/>
      </w:numPr>
      <w:contextualSpacing/>
    </w:pPr>
  </w:style>
  <w:style w:type="paragraph" w:styleId="Loenditpp3">
    <w:name w:val="List Bullet 3"/>
    <w:basedOn w:val="Normaallaad"/>
    <w:uiPriority w:val="99"/>
    <w:unhideWhenUsed/>
    <w:rsid w:val="00326F90"/>
    <w:pPr>
      <w:numPr>
        <w:numId w:val="3"/>
      </w:numPr>
      <w:contextualSpacing/>
    </w:pPr>
  </w:style>
  <w:style w:type="paragraph" w:styleId="Loendinumber">
    <w:name w:val="List Number"/>
    <w:basedOn w:val="Normaallaad"/>
    <w:uiPriority w:val="99"/>
    <w:unhideWhenUsed/>
    <w:rsid w:val="00326F90"/>
    <w:pPr>
      <w:numPr>
        <w:numId w:val="5"/>
      </w:numPr>
      <w:contextualSpacing/>
    </w:pPr>
  </w:style>
  <w:style w:type="paragraph" w:styleId="Loendinumber2">
    <w:name w:val="List Number 2"/>
    <w:basedOn w:val="Normaallaad"/>
    <w:uiPriority w:val="99"/>
    <w:unhideWhenUsed/>
    <w:rsid w:val="0029639D"/>
    <w:pPr>
      <w:numPr>
        <w:numId w:val="6"/>
      </w:numPr>
      <w:contextualSpacing/>
    </w:pPr>
  </w:style>
  <w:style w:type="paragraph" w:styleId="Loendinumber3">
    <w:name w:val="List Number 3"/>
    <w:basedOn w:val="Normaallaad"/>
    <w:uiPriority w:val="99"/>
    <w:unhideWhenUsed/>
    <w:rsid w:val="0029639D"/>
    <w:pPr>
      <w:numPr>
        <w:numId w:val="7"/>
      </w:numPr>
      <w:contextualSpacing/>
    </w:pPr>
  </w:style>
  <w:style w:type="paragraph" w:styleId="Loendijtk">
    <w:name w:val="List Continue"/>
    <w:basedOn w:val="Normaallaad"/>
    <w:uiPriority w:val="99"/>
    <w:unhideWhenUsed/>
    <w:rsid w:val="0029639D"/>
    <w:pPr>
      <w:spacing w:after="120"/>
      <w:ind w:left="360"/>
      <w:contextualSpacing/>
    </w:pPr>
  </w:style>
  <w:style w:type="paragraph" w:styleId="Loendijtk2">
    <w:name w:val="List Continue 2"/>
    <w:basedOn w:val="Normaallaad"/>
    <w:uiPriority w:val="99"/>
    <w:unhideWhenUsed/>
    <w:rsid w:val="0029639D"/>
    <w:pPr>
      <w:spacing w:after="120"/>
      <w:ind w:left="720"/>
      <w:contextualSpacing/>
    </w:pPr>
  </w:style>
  <w:style w:type="paragraph" w:styleId="Loendijtk3">
    <w:name w:val="List Continue 3"/>
    <w:basedOn w:val="Normaallaad"/>
    <w:uiPriority w:val="99"/>
    <w:unhideWhenUsed/>
    <w:rsid w:val="0029639D"/>
    <w:pPr>
      <w:spacing w:after="120"/>
      <w:ind w:left="1080"/>
      <w:contextualSpacing/>
    </w:pPr>
  </w:style>
  <w:style w:type="paragraph" w:styleId="Makrotekst">
    <w:name w:val="macro"/>
    <w:link w:val="MakrotekstMr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kstMrk">
    <w:name w:val="Makrotekst Märk"/>
    <w:basedOn w:val="Liguvaikefont"/>
    <w:link w:val="Makrotekst"/>
    <w:uiPriority w:val="99"/>
    <w:rsid w:val="0029639D"/>
    <w:rPr>
      <w:rFonts w:ascii="Courier" w:hAnsi="Courier"/>
      <w:sz w:val="20"/>
      <w:szCs w:val="20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FC693F"/>
    <w:rPr>
      <w:i/>
      <w:iCs/>
      <w:color w:val="000000" w:themeColor="text1"/>
    </w:rPr>
  </w:style>
  <w:style w:type="character" w:customStyle="1" w:styleId="TsitaatMrk">
    <w:name w:val="Tsitaat Märk"/>
    <w:basedOn w:val="Liguvaikefont"/>
    <w:link w:val="Tsitaat"/>
    <w:uiPriority w:val="29"/>
    <w:rsid w:val="00FC693F"/>
    <w:rPr>
      <w:i/>
      <w:iCs/>
      <w:color w:val="000000" w:themeColor="text1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ealdis">
    <w:name w:val="caption"/>
    <w:basedOn w:val="Normaallaad"/>
    <w:next w:val="Normaallaa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ugev">
    <w:name w:val="Strong"/>
    <w:basedOn w:val="Liguvaikefont"/>
    <w:uiPriority w:val="22"/>
    <w:qFormat/>
    <w:rsid w:val="00FC693F"/>
    <w:rPr>
      <w:b/>
      <w:bCs/>
    </w:rPr>
  </w:style>
  <w:style w:type="character" w:styleId="Rhutus">
    <w:name w:val="Emphasis"/>
    <w:basedOn w:val="Liguvaikefont"/>
    <w:uiPriority w:val="20"/>
    <w:qFormat/>
    <w:rsid w:val="00FC693F"/>
    <w:rPr>
      <w:i/>
      <w:iCs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FC693F"/>
    <w:rPr>
      <w:b/>
      <w:bCs/>
      <w:i/>
      <w:iCs/>
      <w:color w:val="4F81BD" w:themeColor="accent1"/>
    </w:rPr>
  </w:style>
  <w:style w:type="character" w:styleId="Vaevumrgatavrhutus">
    <w:name w:val="Subtle Emphasis"/>
    <w:basedOn w:val="Liguvaikefont"/>
    <w:uiPriority w:val="19"/>
    <w:qFormat/>
    <w:rsid w:val="00FC693F"/>
    <w:rPr>
      <w:i/>
      <w:iCs/>
      <w:color w:val="808080" w:themeColor="text1" w:themeTint="7F"/>
    </w:rPr>
  </w:style>
  <w:style w:type="character" w:styleId="Selgeltmrgatavrhutus">
    <w:name w:val="Intense Emphasis"/>
    <w:basedOn w:val="Liguvaikefont"/>
    <w:uiPriority w:val="21"/>
    <w:qFormat/>
    <w:rsid w:val="00FC693F"/>
    <w:rPr>
      <w:b/>
      <w:bCs/>
      <w:i/>
      <w:iCs/>
      <w:color w:val="4F81BD" w:themeColor="accent1"/>
    </w:rPr>
  </w:style>
  <w:style w:type="character" w:styleId="Vaevumrgatavviide">
    <w:name w:val="Subtle Reference"/>
    <w:basedOn w:val="Liguvaikefont"/>
    <w:uiPriority w:val="31"/>
    <w:qFormat/>
    <w:rsid w:val="00FC693F"/>
    <w:rPr>
      <w:smallCaps/>
      <w:color w:val="C0504D" w:themeColor="accent2"/>
      <w:u w:val="single"/>
    </w:rPr>
  </w:style>
  <w:style w:type="character" w:styleId="Selgeltmrgatavviide">
    <w:name w:val="Intense Reference"/>
    <w:basedOn w:val="Liguvaike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Raamatupealkiri">
    <w:name w:val="Book Title"/>
    <w:basedOn w:val="Liguvaikefont"/>
    <w:uiPriority w:val="33"/>
    <w:qFormat/>
    <w:rsid w:val="00FC693F"/>
    <w:rPr>
      <w:b/>
      <w:bCs/>
      <w:smallCaps/>
      <w:spacing w:val="5"/>
    </w:rPr>
  </w:style>
  <w:style w:type="paragraph" w:styleId="Sisukorrapealkiri">
    <w:name w:val="TOC Heading"/>
    <w:basedOn w:val="Pealkiri1"/>
    <w:next w:val="Normaallaad"/>
    <w:uiPriority w:val="39"/>
    <w:semiHidden/>
    <w:unhideWhenUsed/>
    <w:qFormat/>
    <w:rsid w:val="00FC693F"/>
    <w:pPr>
      <w:outlineLvl w:val="9"/>
    </w:pPr>
  </w:style>
  <w:style w:type="table" w:styleId="Kontuurtabel">
    <w:name w:val="Table Grid"/>
    <w:basedOn w:val="Normaaltab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evarjustus">
    <w:name w:val="Light Shading"/>
    <w:basedOn w:val="Normaal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evarjustusrhk1">
    <w:name w:val="Light Shading Accent 1"/>
    <w:basedOn w:val="Normaal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evarjustusrhk2">
    <w:name w:val="Light Shading Accent 2"/>
    <w:basedOn w:val="Normaal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evarjustusrhk3">
    <w:name w:val="Light Shading Accent 3"/>
    <w:basedOn w:val="Normaal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evarjustusrhk4">
    <w:name w:val="Light Shading Accent 4"/>
    <w:basedOn w:val="Normaal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evarjustusrhk5">
    <w:name w:val="Light Shading Accent 5"/>
    <w:basedOn w:val="Normaal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evarjustusrhk6">
    <w:name w:val="Light Shading Accent 6"/>
    <w:basedOn w:val="Normaal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eloend">
    <w:name w:val="Light List"/>
    <w:basedOn w:val="Normaal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eloendrhk1">
    <w:name w:val="Light List Accent 1"/>
    <w:basedOn w:val="Normaal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eloendrhk2">
    <w:name w:val="Light List Accent 2"/>
    <w:basedOn w:val="Normaal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eloendrhk3">
    <w:name w:val="Light List Accent 3"/>
    <w:basedOn w:val="Normaal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eloendrhk4">
    <w:name w:val="Light List Accent 4"/>
    <w:basedOn w:val="Normaal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eloendrhk5">
    <w:name w:val="Light List Accent 5"/>
    <w:basedOn w:val="Normaal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eloendrhk6">
    <w:name w:val="Light List Accent 6"/>
    <w:basedOn w:val="Normaal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ekoordinaatvrk">
    <w:name w:val="Light Grid"/>
    <w:basedOn w:val="Normaal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ekoordinaatvrkrhk1">
    <w:name w:val="Light Grid Accent 1"/>
    <w:basedOn w:val="Normaal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ekoordinaatvrkrhk2">
    <w:name w:val="Light Grid Accent 2"/>
    <w:basedOn w:val="Normaal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ekoordinaatvrkrhk3">
    <w:name w:val="Light Grid Accent 3"/>
    <w:basedOn w:val="Normaal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ekoordinaatvrkrhk4">
    <w:name w:val="Light Grid Accent 4"/>
    <w:basedOn w:val="Normaal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ekoordinaatvrkrhk5">
    <w:name w:val="Light Grid Accent 5"/>
    <w:basedOn w:val="Normaal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ekoordinaatvrkrhk6">
    <w:name w:val="Light Grid Accent 6"/>
    <w:basedOn w:val="Normaal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Keskminevarjustus1">
    <w:name w:val="Medium Shading 1"/>
    <w:basedOn w:val="Normaal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eskminevarjustus1rhk1">
    <w:name w:val="Medium Shading 1 Accent 1"/>
    <w:basedOn w:val="Normaal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eskminevarjustus1rhk2">
    <w:name w:val="Medium Shading 1 Accent 2"/>
    <w:basedOn w:val="Normaal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eskminevarjustus1rhk3">
    <w:name w:val="Medium Shading 1 Accent 3"/>
    <w:basedOn w:val="Normaal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eskminevarjustus1rhk4">
    <w:name w:val="Medium Shading 1 Accent 4"/>
    <w:basedOn w:val="Normaal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eskminevarjustus1rhk5">
    <w:name w:val="Medium Shading 1 Accent 5"/>
    <w:basedOn w:val="Normaal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eskminevarjustus1rhk6">
    <w:name w:val="Medium Shading 1 Accent 6"/>
    <w:basedOn w:val="Normaal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eskminevarjustus2">
    <w:name w:val="Medium Shading 2"/>
    <w:basedOn w:val="Normaal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eskminevarjustus2rhk1">
    <w:name w:val="Medium Shading 2 Accent 1"/>
    <w:basedOn w:val="Normaal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eskminevarjustus2rhk2">
    <w:name w:val="Medium Shading 2 Accent 2"/>
    <w:basedOn w:val="Normaal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eskminevarjustus2rhk3">
    <w:name w:val="Medium Shading 2 Accent 3"/>
    <w:basedOn w:val="Normaal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eskminevarjustus2rhk4">
    <w:name w:val="Medium Shading 2 Accent 4"/>
    <w:basedOn w:val="Normaal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eskminevarjustus2rhk5">
    <w:name w:val="Medium Shading 2 Accent 5"/>
    <w:basedOn w:val="Normaal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eskminevarjustus2rhk6">
    <w:name w:val="Medium Shading 2 Accent 6"/>
    <w:basedOn w:val="Normaal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eskmineloend1">
    <w:name w:val="Medium List 1"/>
    <w:basedOn w:val="Normaal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Keskmineloend1rhk1">
    <w:name w:val="Medium List 1 Accent 1"/>
    <w:basedOn w:val="Normaal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Keskmineloend1rhk2">
    <w:name w:val="Medium List 1 Accent 2"/>
    <w:basedOn w:val="Normaal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Keskmineloend1rhk3">
    <w:name w:val="Medium List 1 Accent 3"/>
    <w:basedOn w:val="Normaal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Keskmineloend1rhk4">
    <w:name w:val="Medium List 1 Accent 4"/>
    <w:basedOn w:val="Normaal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Keskmineloend1rhk5">
    <w:name w:val="Medium List 1 Accent 5"/>
    <w:basedOn w:val="Normaal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Keskmineloend1rhk6">
    <w:name w:val="Medium List 1 Accent 6"/>
    <w:basedOn w:val="Normaal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Keskmineloend2">
    <w:name w:val="Medium List 2"/>
    <w:basedOn w:val="Normaal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eskmineloend2rhk1">
    <w:name w:val="Medium List 2 Accent 1"/>
    <w:basedOn w:val="Normaal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eskmineloend2rhk2">
    <w:name w:val="Medium List 2 Accent 2"/>
    <w:basedOn w:val="Normaal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eskmineloend2rhk3">
    <w:name w:val="Medium List 2 Accent 3"/>
    <w:basedOn w:val="Normaal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eskmineloend2rhk4">
    <w:name w:val="Medium List 2 Accent 4"/>
    <w:basedOn w:val="Normaal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eskmineloend2rhk5">
    <w:name w:val="Medium List 2 Accent 5"/>
    <w:basedOn w:val="Normaal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eskmineloend2rhk6">
    <w:name w:val="Medium List 2 Accent 6"/>
    <w:basedOn w:val="Normaal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eskminekoordinaatvrk1">
    <w:name w:val="Medium Grid 1"/>
    <w:basedOn w:val="Normaal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eskminekoordinaatvrk1rhk1">
    <w:name w:val="Medium Grid 1 Accent 1"/>
    <w:basedOn w:val="Normaal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eskminekoordinaatvrk1rhk2">
    <w:name w:val="Medium Grid 1 Accent 2"/>
    <w:basedOn w:val="Normaal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eskminekoordinaatvrk1rhk3">
    <w:name w:val="Medium Grid 1 Accent 3"/>
    <w:basedOn w:val="Normaal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eskminekoordinaatvrk1rhk4">
    <w:name w:val="Medium Grid 1 Accent 4"/>
    <w:basedOn w:val="Normaal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eskminekoordinaatvrk1rhk5">
    <w:name w:val="Medium Grid 1 Accent 5"/>
    <w:basedOn w:val="Normaal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eskminekoordinaatvrk1rhk6">
    <w:name w:val="Medium Grid 1 Accent 6"/>
    <w:basedOn w:val="Normaal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eskminekoordinaatvrk2">
    <w:name w:val="Medium Grid 2"/>
    <w:basedOn w:val="Normaal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eskminekoordinaatvrk2rhk1">
    <w:name w:val="Medium Grid 2 Accent 1"/>
    <w:basedOn w:val="Normaal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eskminekoordinaatvrk2rhk2">
    <w:name w:val="Medium Grid 2 Accent 2"/>
    <w:basedOn w:val="Normaal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eskminekoordinaatvrk2rhk3">
    <w:name w:val="Medium Grid 2 Accent 3"/>
    <w:basedOn w:val="Normaal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eskminekoordinaatvrk2rhk4">
    <w:name w:val="Medium Grid 2 Accent 4"/>
    <w:basedOn w:val="Normaal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eskminekoordinaatvrk2rhk5">
    <w:name w:val="Medium Grid 2 Accent 5"/>
    <w:basedOn w:val="Normaal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eskminekoordinaatvrk2rhk6">
    <w:name w:val="Medium Grid 2 Accent 6"/>
    <w:basedOn w:val="Normaal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eskminekoordinaatvrk3">
    <w:name w:val="Medium Grid 3"/>
    <w:basedOn w:val="Normaal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Keskminekoordinaatvrk3rhk1">
    <w:name w:val="Medium Grid 3 Accent 1"/>
    <w:basedOn w:val="Normaal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Keskminekoordinaatvrk3rhk2">
    <w:name w:val="Medium Grid 3 Accent 2"/>
    <w:basedOn w:val="Normaal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Keskminekoordinaatvrk3rhk3">
    <w:name w:val="Medium Grid 3 Accent 3"/>
    <w:basedOn w:val="Normaal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Keskminekoordinaatvrk3rhk4">
    <w:name w:val="Medium Grid 3 Accent 4"/>
    <w:basedOn w:val="Normaal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Keskminekoordinaatvrk3rhk5">
    <w:name w:val="Medium Grid 3 Accent 5"/>
    <w:basedOn w:val="Normaal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Keskminekoordinaatvrk3rhk6">
    <w:name w:val="Medium Grid 3 Accent 6"/>
    <w:basedOn w:val="Normaal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umeloend">
    <w:name w:val="Dark List"/>
    <w:basedOn w:val="Normaal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umeloendrhk1">
    <w:name w:val="Dark List Accent 1"/>
    <w:basedOn w:val="Normaal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umeloendrhk2">
    <w:name w:val="Dark List Accent 2"/>
    <w:basedOn w:val="Normaal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umeloendrhk3">
    <w:name w:val="Dark List Accent 3"/>
    <w:basedOn w:val="Normaal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umeloendrhk4">
    <w:name w:val="Dark List Accent 4"/>
    <w:basedOn w:val="Normaal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umeloendrhk5">
    <w:name w:val="Dark List Accent 5"/>
    <w:basedOn w:val="Normaal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umeloendrhk6">
    <w:name w:val="Dark List Accent 6"/>
    <w:basedOn w:val="Normaal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Vrvilinevarjustus">
    <w:name w:val="Colorful Shading"/>
    <w:basedOn w:val="Normaal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vilinevarjustusrhk1">
    <w:name w:val="Colorful Shading Accent 1"/>
    <w:basedOn w:val="Normaal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vilinevarjustusrhk2">
    <w:name w:val="Colorful Shading Accent 2"/>
    <w:basedOn w:val="Normaal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vilinevarjustusrhk3">
    <w:name w:val="Colorful Shading Accent 3"/>
    <w:basedOn w:val="Normaal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Vrvilinevarjustusrhk4">
    <w:name w:val="Colorful Shading Accent 4"/>
    <w:basedOn w:val="Normaal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vilinevarjustusrhk5">
    <w:name w:val="Colorful Shading Accent 5"/>
    <w:basedOn w:val="Normaal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vilinevarjustusrhk6">
    <w:name w:val="Colorful Shading Accent 6"/>
    <w:basedOn w:val="Normaal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vilineloend">
    <w:name w:val="Colorful List"/>
    <w:basedOn w:val="Normaal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Vrvilineloendrhk1">
    <w:name w:val="Colorful List Accent 1"/>
    <w:basedOn w:val="Normaal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Vrvilineloendrhk2">
    <w:name w:val="Colorful List Accent 2"/>
    <w:basedOn w:val="Normaal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Vrvilineloendrhk3">
    <w:name w:val="Colorful List Accent 3"/>
    <w:basedOn w:val="Normaal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Vrvilineloendrhk4">
    <w:name w:val="Colorful List Accent 4"/>
    <w:basedOn w:val="Normaal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Vrvilineloendrhk5">
    <w:name w:val="Colorful List Accent 5"/>
    <w:basedOn w:val="Normaal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Vrvilineloendrhk6">
    <w:name w:val="Colorful List Accent 6"/>
    <w:basedOn w:val="Normaal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Vrvilinekoordinaatvrk">
    <w:name w:val="Colorful Grid"/>
    <w:basedOn w:val="Normaal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Vrvilinekoordinaatvrkrhk1">
    <w:name w:val="Colorful Grid Accent 1"/>
    <w:basedOn w:val="Normaal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Vrvilinekoordinaatvrkrhk2">
    <w:name w:val="Colorful Grid Accent 2"/>
    <w:basedOn w:val="Normaal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Vrvilinekoordinaatvrkrhk3">
    <w:name w:val="Colorful Grid Accent 3"/>
    <w:basedOn w:val="Normaal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Vrvilinekoordinaatvrkrhk4">
    <w:name w:val="Colorful Grid Accent 4"/>
    <w:basedOn w:val="Normaal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Vrvilinekoordinaatvrkrhk5">
    <w:name w:val="Colorful Grid Accent 5"/>
    <w:basedOn w:val="Normaal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Vrvilinekoordinaatvrkrhk6">
    <w:name w:val="Colorful Grid Accent 6"/>
    <w:basedOn w:val="Normaal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544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Maire Kivistu</cp:lastModifiedBy>
  <cp:revision>2</cp:revision>
  <dcterms:created xsi:type="dcterms:W3CDTF">2026-08-07T17:14:00Z</dcterms:created>
  <dcterms:modified xsi:type="dcterms:W3CDTF">2026-08-07T17:14:00Z</dcterms:modified>
  <cp:category/>
</cp:coreProperties>
</file>